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EA5E9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🎒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ה׳–ו׳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ה׳–ו׳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EA5E9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🏞️ איזה מכתש ענק נמצא ליד העיירה מצפה רמון?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המכתש הקטן   ◯ מכתש רמון   ◯ המכתש הגדול   ◯ עמק יזרעאל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🏞️ איזה נהר זורם דרך הכנרת ומשם דרומה עד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הירדן   ◯ הקישון   ◯ נחל אלכסנדר   ◯ הירקון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🏰 איזה מבצר עתיק בנוי על צוק גבוה מעל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עכו   ◯ קיסריה   ◯ מצדה   ◯ בית שאן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🕎 כמה ימים נמשך חג החנוכה?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8   ◯ 7   ◯ 10   ◯ 3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🦢 איזו ציפור גדולה ואפורה חורפת באלפיה בעמק החולה?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תוכי   ◯ עגור   ◯ פינגווין   ◯ יען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✉️ מהו השורש של המילה 'מכתב'?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כ-ב-ה   ◯ מ-כ-ת   ◯ ת-ב-ה   ◯ כ-ת-ב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🏛️ באיזו עיר עתיקה על חוף הים התיכון יש נמל עתיק ותיאטרון רומי?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ערד   ◯ צפת   ◯ קיסריה   ◯ דימונה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💧 איזו שיטת השקיה חוסכת מים, ופותחה והשתכללה מאוד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השקיה בטפטוף   ◯ השקיה בדליים   ◯ השקיה בהצפה   ◯ השקיה בתעלות פתוחות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🌾 באיזה חג קוראים את מגילת רות?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פסח   ◯ חנוכה   ◯ סוכות   ◯ שבועות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🍇 מה מהבאים אינו נמנה עם 'שבעת המינים'?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רימון   ◯ תפוח   ◯ זית   ◯ חיטה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👩‍👧 פי שניים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היום אמא של תמר בת 36, ותמר בת 12. בעוד כמה שנים אמא תהיה בדיוק פי 2 מבוגרת מתמר?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📦 מכונות האריזה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 מכונות אריזה אורזות יחד 3 קופסאות ב-3 דקות. כמה קופסאות יארזו 6 מכונות ב-6 דקות?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כדור הזהב החלול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לפניכם 9 כדורי זהב שנראים זהים. אחד מהם חלול ולכן קל יותר. יש לכם מאזני כפות (בלי משקולות). מה המספר הקטן ביותר של שקילות שבטוח מספיק כדי למצוא את הכדור החלול?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🏖️ לאן יוצאים לטיול?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בכיתה 30 תלמידים ותלמידות. 40% מהם הצביעו בעד טיול לחוף הים. כמה הצביעו בעד החוף?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🥯 מגש הלחמניות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במגש של המאפייה 50 לחמניות. 20% מהן מפוזרות בשומשום. כמה לחמניות בלי שומשום?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🪨 אבן · 🌊 ים · 🔥 חם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השנה · 🏙️ עיר · 😎 גדול · 🌑 חודש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🌪️ הסערה · 😊 טובה · 🦅 חדה · 💧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🐘 שן · ✈️ פיקוח · 💧 מים · 🃏 קלפים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🏙️ רקיע · 🌍 המשווה · 🟥 אדום · 📐 ישר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🍼 ערש · 👥 עם · 🧒 ילדים · ❤️ אהבה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🧗 🚡 🏜️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מבצר עתיק על צוק ליד ים המלח, עולים אליו ברכבל או בשביל הנחש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⚓ 🌊 🏰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בצפון, עם חומות ואולמות מתחת לאדמה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⛰️ 🎨 🕯️ 🌬️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גבוהה בגליל העליון, ויש בה רובע של אמנים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🪨 🌌 🦌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מכתש ענק בנגב, ובלילה רואים שם המון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🔐 חדר בריחה על הדף: החממה בתחנת החלל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🚀 תחנת חלל דמיונית בשם 'אופק'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משלחת של חוקרים וחוקרות צעירים מבקרת בתחנת החלל הדמיונית 'אופק'. בחממה של התחנה גדלים ירקות לאסטרונאוטים – אבל הדלת שלה ננעלה, והשתילים צריכים מים! המחשב של התחנה מבקש קוד של 4 ספרות ומשאיר רמזים על המסכים.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המסך הראשון: 'במערכת השמש יש 8 כוכבי לכת. ארבעת הקרובים לשמש – כוכב חמה, נוגה, כדור הארץ ומאדים – הם כוכבי לכת סלעיים'.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כוכבי לכת אינם סלעיים? (8 פחות מספר הסלעיים) זו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המסך השני סדרה: 2, 3, 5, 7, 11, 13,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אלה מספרים ראשוניים (מתחלקים רק ב-1 ובעצמם). מהו המספר הבא? ספרת האחדות שלו היא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בחממה יש 48 שתילים, מסודרים ב-6 שורות שוות.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שתילים יש בכל שורה? זו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המחשב מציג חידה אחרונה: 'אני מספר חד-ספרתי. אם תכפילו אותי ב-3 ותוסיפו 2 – תקבלו 20'.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מי המספר? זו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ה׳–ו׳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