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D4ED8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🎓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י׳–י״ב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י׳–י״ב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1D4ED8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1D4ED8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📉 בקירוב, באיזה גובה נמצא כיום מפלס ים המלח?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בגובה פני הים   ◯ כ־430 מטר מתחת לפני הים   ◯ כ־1,000 מטר מתחת לפני הים   ◯ כ־100 מטר מתחת לפני הים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🗣️ איזה גוף הוקם ב־1890 כדי לחדש מילים ולקבוע מונחים, והיה הבסיס לאקדמיה ללשון העברית?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הספרייה הלאומית   ◯ חברת המתרגמים   ◯ הסתדרות המורים   ◯ ועד הלשון העברית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📖 בגליל, ביישובים כמו ציפורי ובית שערים, נחתם בסביבות שנת 200 לספירה חיבור יסוד של התורה שבעל פה. מהו?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ספר הזוהר   ◯ השולחן ערוך   ◯ המשנה   ◯ התלמוד הבבלי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🏺 תל מגידו, תל חצור ותל באר שבע הוכרזו יחד כאתר מורשת עולמית. מה משותף להם?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כולם נמלים עתיקים   ◯ אלה 'תלים מקראיים' – ערים עתיקות שנבנו שכבה על שכבה   ◯ כולם מכתשים טבעיים   ◯ כולם מבצרים צלבניים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🌙 למה מוסיפים לפעמים חודש 'אדר ב׳' ללוח העברי?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כדי להאריך את חג הפורים   ◯ כדי שהלוח הירחי יתאים לעונות השנה שנקבעות לפי השמש   ◯ כי לחודש אדר יש 40 יום   ◯ כדי שראש השנה ייפול תמיד ביום ראשון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🔁 כמה שנים מעוברות (עם אדר ב׳) יש בכל מחזור של 19 שנים בלוח העברי?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19   ◯ 3   ◯ 12   ◯ 7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🗺️ בקע הירדן, ים המלח והערבה הם חלק משבר גאולוגי ענק. מה שמו?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השבר האירופי הגדול   ◯ השבר הסורי-אפריקני   ◯ טבעת האש   ◯ הרכס המרכז-אטלנטי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🚦 המילה 'רמזור' נוצרה בעברית החדשה. איזו דרך חידוש מודגמת בה?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הלחם בסיסים – רמז + אור   ◯ הוספת סופית -ון   ◯ שאילה מיוונית   ◯ ראשי תיבות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📋 המילה 'דו״ח' נוצרה מ...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ראשי תיבות של 'דין וחשבון'   ◯ שם של עיר   ◯ קיצור של 'דוחה'   ◯ מילה ארמית עתיקה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🖼️ באיזה אתר נמצא פסיפס עתיק של דמות אישה, המכונה 'המונה ליזה של הגליל'?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קיסריה   ◯ מצדה   ◯ עכו   ◯ ציפורי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👦 שלושה אחים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סכום הגילים של שלושה אחים הוא 39. הגדול מבוגר פי 2 מהקטן, והאמצעי מבוגר מהקטן ב-3 שנים. בני כמה הם?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➗ שבע בתלת-ספרתיים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כמה מספרים תלת-ספרתיים (מ-100 עד 999) מתחלקים ב-7 בלי שארית?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⚖️ שלוש שקילות בלבד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יש לכם מאזני כפות ומותר לשקול 3 פעמים בלבד. בין הכדורים יש בדיוק כדור אחד קל יותר, וכל השאר שווים. מהו המספר הגדול ביותר של כדורים שמתוכם תמיד אפשר לזהות את הכדור הקל?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🎵 אחוז מתוך אחוז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40% מתלמידי השכבה משתתפים בחוג ספורט. 25% ממשתתפי חוג הספורט משתתפים גם בחוג מוזיקה. איזה אחוז מכלל השכבה משתתף בשני החוגים?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📖 שנתיים של צמיחה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מספר המבקרים בספרייה העירונית גדל ב-10% בשנה הראשונה, ושוב ב-10% בשנה השנייה. בכמה אחוזים גדל בסך הכול לעומת ההתחלה?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👁️ מבט · 💡 אור · 🌡️ רתיחה · ↩️ מפנה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🔄 קסמים · ⚡ חשמלי · 📅 השנה · 🤝 תמיכה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🛡️ גבית · 🤝 צוות · 👻 רפאים · 😊 מצב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√ ריבועי · 🔤 המילה · 🔍 הבעיה · 🌳 העץ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🔥 חום · 🔊 קול · 🏖️ ים · 📻 אורך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🛸 מכונת · ⏸️ פסק · ⏱️ לחץ · 🗑️ בזבוז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🧂 ⬇️ 🏜️ 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אגם מלוח שמפלסו יורד בכל שנה, והמינרלים שלו מופקים בתעשייה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🏜️ 💧 🏛️ 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קניון לבן בנגב עם מעיינות, ליד עיר עתיקה של סוחרי הבשמים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🌾 🚜 ⛰️ 🗺️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'העמק' המפורסם בשירים – שדות בין הגלבוע לגליל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🌐 🐪 🌿 🏛️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נתיב סחר עתיק שחצה את הנגב, ונכלל ברשימת המורשת העולמית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🔐 חדר בריחה על הדף: תחנת המחקר בקרח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🧊 תחנת מחקר דמיונית בקוטב, בלילה ארוך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צוות של חוקרות וחוקרים צעירים מגיע לתחנת מחקר בקוטב לשבוע של תצפיות. סופת שלג מכסה את הדרך, והמחסן עם ציוד החימום והשוקו החם נעול במנעול דיגיטלי של 4 ספרות. מנהלת התחנה, שאוהבת אתגרים, הצפינה את הקוד במכשירי המעבדה.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על לוח הבקרה ארבע נורות בשורה: דולקת – כבויה – כבויה – דולקת. ליד הלוח כתוב: 'דולקת=1, כבויה=0. קראו את המספר בבסיס 2'.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מהו המספר בבסיס 10? זו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ביומן התחנה: 'היום יום שלישי. ספינת האספקה תגיע בעוד 100 ימים בדיוק'.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באיזה יום בשבוע תגיע הספינה? מספר היום (ראשון=1 … שבת=7) הוא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על המיקרוסקופ מודבק פתק מוצפן: 'דאהק'. מתחת: 'כל אות הוזזה 3 מקומות קדימה באלף-בית (אחרי ת׳ חוזרים לא׳; אותיות סופיות נכתבות כרגילות)'.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פענחו את המילה. זו מילה של מספר – והוא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על המנעול עצמו סדרה: 2, 6, 12, 20, 30,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האיבר הבא. ספרת האחדות שלו היא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1D4ED8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י׳–י״ב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י׳–י״ב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